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left"/>
        <w:tblLayout w:type="fixed"/>
        <w:tblLook w:firstColumn="1" w:firstRow="1" w:lastColumn="0" w:lastRow="0" w:noHBand="0" w:noVBand="1" w:val="04A0"/>
        <w:tblBorders>
          <w:top w:val="nil"/>
          <w:left w:val="nil"/>
          <w:bottom w:val="nil"/>
          <w:right w:val="nil"/>
          <w:insideH w:val="nil"/>
          <w:insideV w:val="nil"/>
        </w:tblBorders>
      </w:tblPr>
      <w:tblGrid>
        <w:gridCol w:w="4752"/>
        <w:gridCol w:w="4752"/>
      </w:tblGrid>
      <w:tr>
        <w:tc>
          <w:tcPr>
            <w:tcW w:type="dxa" w:w="4824"/>
            <w:vAlign w:val="top"/>
            <w:tcMar>
              <w:top w:w="0" w:type="dxa"/>
              <w:start w:w="0" w:type="dxa"/>
              <w:bottom w:w="0" w:type="dxa"/>
              <w:end w:w="140" w:type="dxa"/>
            </w:tcMar>
          </w:tcPr>
          <w:p>
            <w:r>
              <w:rPr>
                <w:rFonts w:ascii="Arial" w:hAnsi="Arial"/>
                <w:b/>
                <w:i w:val="0"/>
                <w:color w:val="1F4D78"/>
                <w:sz w:val="18"/>
              </w:rPr>
              <w:t>Absender</w:t>
            </w:r>
          </w:p>
          <w:p>
            <w:pPr>
              <w:spacing w:after="0"/>
            </w:pPr>
            <w:r>
              <w:rPr>
                <w:rFonts w:ascii="Arial" w:hAnsi="Arial"/>
                <w:b w:val="0"/>
                <w:i w:val="0"/>
                <w:color w:val="555555"/>
                <w:sz w:val="19"/>
              </w:rPr>
              <w:t>[Vor- und Nachname]</w:t>
            </w:r>
          </w:p>
          <w:p>
            <w:pPr>
              <w:spacing w:after="0"/>
            </w:pPr>
            <w:r>
              <w:rPr>
                <w:rFonts w:ascii="Arial" w:hAnsi="Arial"/>
                <w:b w:val="0"/>
                <w:i w:val="0"/>
                <w:color w:val="555555"/>
                <w:sz w:val="19"/>
              </w:rPr>
              <w:t>[Straße und Hausnummer]</w:t>
            </w:r>
          </w:p>
          <w:p>
            <w:pPr>
              <w:spacing w:after="0"/>
            </w:pPr>
            <w:r>
              <w:rPr>
                <w:rFonts w:ascii="Arial" w:hAnsi="Arial"/>
                <w:b w:val="0"/>
                <w:i w:val="0"/>
                <w:color w:val="555555"/>
                <w:sz w:val="19"/>
              </w:rPr>
              <w:t>[PLZ Ort]</w:t>
            </w:r>
          </w:p>
          <w:p>
            <w:pPr>
              <w:spacing w:after="0"/>
            </w:pPr>
            <w:r>
              <w:rPr>
                <w:rFonts w:ascii="Arial" w:hAnsi="Arial"/>
                <w:b w:val="0"/>
                <w:i w:val="0"/>
                <w:color w:val="555555"/>
                <w:sz w:val="19"/>
              </w:rPr>
              <w:t>[E-Mail-Adresse – optional]</w:t>
            </w:r>
          </w:p>
        </w:tc>
        <w:tc>
          <w:tcPr>
            <w:tcW w:type="dxa" w:w="4824"/>
            <w:vAlign w:val="top"/>
            <w:tcMar>
              <w:top w:w="0" w:type="dxa"/>
              <w:start w:w="0" w:type="dxa"/>
              <w:bottom w:w="0" w:type="dxa"/>
              <w:end w:w="140" w:type="dxa"/>
            </w:tcMar>
          </w:tcPr>
          <w:p>
            <w:r>
              <w:rPr>
                <w:rFonts w:ascii="Arial" w:hAnsi="Arial"/>
                <w:b/>
                <w:i w:val="0"/>
                <w:color w:val="1F4D78"/>
                <w:sz w:val="18"/>
              </w:rPr>
              <w:t>Empfänger</w:t>
            </w:r>
          </w:p>
          <w:p>
            <w:pPr>
              <w:spacing w:after="0"/>
            </w:pPr>
            <w:r>
              <w:rPr>
                <w:rFonts w:ascii="Arial" w:hAnsi="Arial"/>
                <w:b w:val="0"/>
                <w:i w:val="0"/>
                <w:color w:val="000000"/>
                <w:sz w:val="19"/>
              </w:rPr>
              <w:t>Jehovas Zeugen in Deutschland</w:t>
            </w:r>
          </w:p>
          <w:p>
            <w:pPr>
              <w:spacing w:after="0"/>
            </w:pPr>
            <w:r>
              <w:rPr>
                <w:rFonts w:ascii="Arial" w:hAnsi="Arial"/>
                <w:b w:val="0"/>
                <w:i w:val="0"/>
                <w:color w:val="000000"/>
                <w:sz w:val="19"/>
              </w:rPr>
              <w:t>Datenschutzbeauftragter</w:t>
            </w:r>
          </w:p>
          <w:p>
            <w:pPr>
              <w:spacing w:after="0"/>
            </w:pPr>
            <w:r>
              <w:rPr>
                <w:rFonts w:ascii="Arial" w:hAnsi="Arial"/>
                <w:b w:val="0"/>
                <w:i w:val="0"/>
                <w:color w:val="000000"/>
                <w:sz w:val="19"/>
              </w:rPr>
              <w:t>Am Steinfels 1</w:t>
            </w:r>
          </w:p>
          <w:p>
            <w:pPr>
              <w:spacing w:after="0"/>
            </w:pPr>
            <w:r>
              <w:rPr>
                <w:rFonts w:ascii="Arial" w:hAnsi="Arial"/>
                <w:b w:val="0"/>
                <w:i w:val="0"/>
                <w:color w:val="000000"/>
                <w:sz w:val="19"/>
              </w:rPr>
              <w:t>65618 Selters (Taunus)</w:t>
            </w:r>
          </w:p>
        </w:tc>
      </w:tr>
    </w:tbl>
    <w:p>
      <w:pPr>
        <w:spacing w:before="160" w:after="280"/>
        <w:jc w:val="right"/>
      </w:pPr>
      <w:r>
        <w:rPr>
          <w:rFonts w:ascii="Arial" w:hAnsi="Arial"/>
          <w:b w:val="0"/>
          <w:i w:val="0"/>
          <w:color w:val="555555"/>
          <w:sz w:val="21"/>
        </w:rPr>
        <w:t>[Ort], [Datum]</w:t>
      </w:r>
    </w:p>
    <w:p>
      <w:pPr>
        <w:spacing w:after="80"/>
      </w:pPr>
      <w:r>
        <w:rPr>
          <w:rFonts w:ascii="Arial" w:hAnsi="Arial"/>
          <w:b/>
          <w:i w:val="0"/>
          <w:color w:val="1F4D78"/>
          <w:sz w:val="28"/>
        </w:rPr>
        <w:t>Auskunftsersuchen nach Art. 15 DSGVO und § 9 DSGJZ</w:t>
      </w:r>
    </w:p>
    <w:p>
      <w:pPr>
        <w:spacing w:after="240"/>
      </w:pPr>
      <w:r>
        <w:rPr>
          <w:rFonts w:ascii="Arial" w:hAnsi="Arial"/>
          <w:b/>
          <w:i w:val="0"/>
          <w:color w:val="000000"/>
          <w:sz w:val="21"/>
        </w:rPr>
        <w:t>Betroffene Person: [Vor- und Nachname, Geburtsdatum]</w:t>
      </w:r>
    </w:p>
    <w:p>
      <w:r>
        <w:t>Sehr geehrte Damen und Herren,</w:t>
      </w:r>
    </w:p>
    <w:p>
      <w:r>
        <w:t>hiermit bitte ich um vollständige Auskunft darüber, ob und welche personenbezogenen Daten über mich verarbeitet oder gespeichert werden. Mein Ersuchen umfasst sämtliche zu meiner Person vorhandenen Daten, unabhängig davon, ob sie elektronisch, in Papierform, in Karteien, Korrespondenzen, Archiven oder sonstigen Ablagesystemen verarbeitet werden.</w:t>
      </w:r>
    </w:p>
    <w:p>
      <w:pPr>
        <w:spacing w:after="60"/>
      </w:pPr>
      <w:r>
        <w:t>Das Auskunftsersuchen umfasst insbesondere personenbezogene Daten aus:</w:t>
      </w:r>
    </w:p>
    <w:p>
      <w:pPr>
        <w:pStyle w:val="ListBullet"/>
        <w:spacing w:after="40"/>
        <w:ind w:left="605" w:hanging="288"/>
      </w:pPr>
      <w:r>
        <w:rPr>
          <w:rFonts w:ascii="Arial" w:hAnsi="Arial"/>
          <w:b w:val="0"/>
          <w:i w:val="0"/>
          <w:color w:val="000000"/>
          <w:sz w:val="21"/>
        </w:rPr>
        <w:t>Verkündigerunterlagen und Versammlungsablagen,</w:t>
      </w:r>
    </w:p>
    <w:p>
      <w:pPr>
        <w:pStyle w:val="ListBullet"/>
        <w:spacing w:after="40"/>
        <w:ind w:left="605" w:hanging="288"/>
      </w:pPr>
      <w:r>
        <w:rPr>
          <w:rFonts w:ascii="Arial" w:hAnsi="Arial"/>
          <w:b w:val="0"/>
          <w:i w:val="0"/>
          <w:color w:val="000000"/>
          <w:sz w:val="21"/>
        </w:rPr>
        <w:t>Einführungsschreiben und Unterlagen über Versammlungswechsel,</w:t>
      </w:r>
    </w:p>
    <w:p>
      <w:pPr>
        <w:pStyle w:val="ListBullet"/>
        <w:spacing w:after="40"/>
        <w:ind w:left="605" w:hanging="288"/>
      </w:pPr>
      <w:r>
        <w:rPr>
          <w:rFonts w:ascii="Arial" w:hAnsi="Arial"/>
          <w:b w:val="0"/>
          <w:i w:val="0"/>
          <w:color w:val="000000"/>
          <w:sz w:val="21"/>
        </w:rPr>
        <w:t>Korrespondenz zwischen Versammlungen, Ältesten und dem Zweigbüro,</w:t>
      </w:r>
    </w:p>
    <w:p>
      <w:pPr>
        <w:pStyle w:val="ListBullet"/>
        <w:spacing w:after="40"/>
        <w:ind w:left="605" w:hanging="288"/>
      </w:pPr>
      <w:r>
        <w:rPr>
          <w:rFonts w:ascii="Arial" w:hAnsi="Arial"/>
          <w:b w:val="0"/>
          <w:i w:val="0"/>
          <w:color w:val="000000"/>
          <w:sz w:val="21"/>
        </w:rPr>
        <w:t>internen Vermerken, Gesprächsnotizen und Beurteilungen,</w:t>
      </w:r>
    </w:p>
    <w:p>
      <w:pPr>
        <w:pStyle w:val="ListBullet"/>
        <w:spacing w:after="40"/>
        <w:ind w:left="605" w:hanging="288"/>
      </w:pPr>
      <w:r>
        <w:rPr>
          <w:rFonts w:ascii="Arial" w:hAnsi="Arial"/>
          <w:b w:val="0"/>
          <w:i w:val="0"/>
          <w:color w:val="000000"/>
          <w:sz w:val="21"/>
        </w:rPr>
        <w:t>Unterlagen über meine Taufe und Versammlungszugehörigkeit,</w:t>
      </w:r>
    </w:p>
    <w:p>
      <w:pPr>
        <w:pStyle w:val="ListBullet"/>
        <w:spacing w:after="40"/>
        <w:ind w:left="605" w:hanging="288"/>
      </w:pPr>
      <w:r>
        <w:rPr>
          <w:rFonts w:ascii="Arial" w:hAnsi="Arial"/>
          <w:b w:val="0"/>
          <w:i w:val="0"/>
          <w:color w:val="000000"/>
          <w:sz w:val="21"/>
        </w:rPr>
        <w:t>Komiteeunterlagen, Protokollen, Formularen oder sonstigen Aufzeichnungen,</w:t>
      </w:r>
    </w:p>
    <w:p>
      <w:pPr>
        <w:pStyle w:val="ListBullet"/>
        <w:spacing w:after="40"/>
        <w:ind w:left="605" w:hanging="288"/>
      </w:pPr>
      <w:r>
        <w:rPr>
          <w:rFonts w:ascii="Arial" w:hAnsi="Arial"/>
          <w:b w:val="0"/>
          <w:i w:val="0"/>
          <w:color w:val="000000"/>
          <w:sz w:val="21"/>
        </w:rPr>
        <w:t>Unterlagen über einen Ausschluss, Austritt oder die sonstige Beendigung meiner Mitgliedschaft sowie</w:t>
      </w:r>
    </w:p>
    <w:p>
      <w:pPr>
        <w:pStyle w:val="ListBullet"/>
        <w:spacing w:after="40"/>
        <w:ind w:left="605" w:hanging="288"/>
      </w:pPr>
      <w:r>
        <w:rPr>
          <w:rFonts w:ascii="Arial" w:hAnsi="Arial"/>
          <w:b w:val="0"/>
          <w:i w:val="0"/>
          <w:color w:val="000000"/>
          <w:sz w:val="21"/>
        </w:rPr>
        <w:t>elektronischen Datenbanken, E-Mail-Postfächern und Archivbeständen.</w:t>
      </w:r>
    </w:p>
    <w:p>
      <w:pPr>
        <w:spacing w:before="100"/>
      </w:pPr>
      <w:r>
        <w:rPr>
          <w:rFonts w:ascii="Arial" w:hAnsi="Arial"/>
          <w:b/>
          <w:i w:val="0"/>
          <w:color w:val="1F4D78"/>
          <w:sz w:val="21"/>
        </w:rPr>
        <w:t>Datenkopie und vollständiger Zusammenhang</w:t>
      </w:r>
    </w:p>
    <w:p>
      <w:r>
        <w:t>Bitte stellen Sie mir eine Kopie der personenbezogenen Daten zur Verfügung, die Gegenstand der Verarbeitung sind. Soweit Inhalt und Bedeutung der Daten erst aus ihrem Zusammenhang verständlich werden, bitte ich um eine vollständige und originalgetreue Kopie des betreffenden Dokuments. Rechte und personenbezogene Daten anderer Personen können erforderlichenfalls durch angemessene Schwärzungen geschützt werden.</w:t>
      </w:r>
    </w:p>
    <w:p>
      <w:pPr>
        <w:spacing w:after="60"/>
      </w:pPr>
      <w:r>
        <w:t>Bitte teilen Sie mir außerdem mit:</w:t>
      </w:r>
    </w:p>
    <w:p>
      <w:pPr>
        <w:spacing w:after="40"/>
        <w:ind w:left="605" w:hanging="360"/>
      </w:pPr>
      <w:r>
        <w:rPr>
          <w:rFonts w:ascii="Arial" w:hAnsi="Arial"/>
          <w:b/>
          <w:i w:val="0"/>
          <w:color w:val="000000"/>
          <w:sz w:val="21"/>
        </w:rPr>
        <w:t xml:space="preserve">1. </w:t>
      </w:r>
      <w:r>
        <w:rPr>
          <w:rFonts w:ascii="Arial" w:hAnsi="Arial"/>
          <w:b w:val="0"/>
          <w:i w:val="0"/>
          <w:color w:val="000000"/>
          <w:sz w:val="21"/>
        </w:rPr>
        <w:t>die Zwecke der Verarbeitung,</w:t>
      </w:r>
    </w:p>
    <w:p>
      <w:pPr>
        <w:spacing w:after="40"/>
        <w:ind w:left="605" w:hanging="360"/>
      </w:pPr>
      <w:r>
        <w:rPr>
          <w:rFonts w:ascii="Arial" w:hAnsi="Arial"/>
          <w:b/>
          <w:i w:val="0"/>
          <w:color w:val="000000"/>
          <w:sz w:val="21"/>
        </w:rPr>
        <w:t xml:space="preserve">2. </w:t>
      </w:r>
      <w:r>
        <w:rPr>
          <w:rFonts w:ascii="Arial" w:hAnsi="Arial"/>
          <w:b w:val="0"/>
          <w:i w:val="0"/>
          <w:color w:val="000000"/>
          <w:sz w:val="21"/>
        </w:rPr>
        <w:t>die Kategorien der verarbeiteten personenbezogenen Daten,</w:t>
      </w:r>
    </w:p>
    <w:p>
      <w:pPr>
        <w:spacing w:after="40"/>
        <w:ind w:left="605" w:hanging="360"/>
      </w:pPr>
      <w:r>
        <w:rPr>
          <w:rFonts w:ascii="Arial" w:hAnsi="Arial"/>
          <w:b/>
          <w:i w:val="0"/>
          <w:color w:val="000000"/>
          <w:sz w:val="21"/>
        </w:rPr>
        <w:t xml:space="preserve">3. </w:t>
      </w:r>
      <w:r>
        <w:rPr>
          <w:rFonts w:ascii="Arial" w:hAnsi="Arial"/>
          <w:b w:val="0"/>
          <w:i w:val="0"/>
          <w:color w:val="000000"/>
          <w:sz w:val="21"/>
        </w:rPr>
        <w:t>die Empfänger oder Kategorien von Empfängern, gegenüber denen die Daten offengelegt wurden oder noch offengelegt werden,</w:t>
      </w:r>
    </w:p>
    <w:p>
      <w:pPr>
        <w:spacing w:after="40"/>
        <w:ind w:left="605" w:hanging="360"/>
      </w:pPr>
      <w:r>
        <w:rPr>
          <w:rFonts w:ascii="Arial" w:hAnsi="Arial"/>
          <w:b/>
          <w:i w:val="0"/>
          <w:color w:val="000000"/>
          <w:sz w:val="21"/>
        </w:rPr>
        <w:t xml:space="preserve">4. </w:t>
      </w:r>
      <w:r>
        <w:rPr>
          <w:rFonts w:ascii="Arial" w:hAnsi="Arial"/>
          <w:b w:val="0"/>
          <w:i w:val="0"/>
          <w:color w:val="000000"/>
          <w:sz w:val="21"/>
        </w:rPr>
        <w:t>die vorgesehene Speicherdauer oder die Kriterien für ihre Festlegung,</w:t>
      </w:r>
    </w:p>
    <w:p>
      <w:pPr>
        <w:spacing w:after="40"/>
        <w:ind w:left="605" w:hanging="360"/>
      </w:pPr>
      <w:r>
        <w:rPr>
          <w:rFonts w:ascii="Arial" w:hAnsi="Arial"/>
          <w:b/>
          <w:i w:val="0"/>
          <w:color w:val="000000"/>
          <w:sz w:val="21"/>
        </w:rPr>
        <w:t xml:space="preserve">5. </w:t>
      </w:r>
      <w:r>
        <w:rPr>
          <w:rFonts w:ascii="Arial" w:hAnsi="Arial"/>
          <w:b w:val="0"/>
          <w:i w:val="0"/>
          <w:color w:val="000000"/>
          <w:sz w:val="21"/>
        </w:rPr>
        <w:t>alle verfügbaren Informationen über die Herkunft der Daten, soweit diese nicht bei mir erhoben wurden,</w:t>
      </w:r>
    </w:p>
    <w:p>
      <w:pPr>
        <w:spacing w:after="40"/>
        <w:ind w:left="605" w:hanging="360"/>
      </w:pPr>
      <w:r>
        <w:rPr>
          <w:rFonts w:ascii="Arial" w:hAnsi="Arial"/>
          <w:b/>
          <w:i w:val="0"/>
          <w:color w:val="000000"/>
          <w:sz w:val="21"/>
        </w:rPr>
        <w:t xml:space="preserve">6. </w:t>
      </w:r>
      <w:r>
        <w:rPr>
          <w:rFonts w:ascii="Arial" w:hAnsi="Arial"/>
          <w:b w:val="0"/>
          <w:i w:val="0"/>
          <w:color w:val="000000"/>
          <w:sz w:val="21"/>
        </w:rPr>
        <w:t>ob Daten an Empfänger außerhalb Deutschlands oder der Europäischen Union übermittelt wurden und welche Garantien hierfür bestehen, sowie</w:t>
      </w:r>
    </w:p>
    <w:p>
      <w:pPr>
        <w:spacing w:after="40"/>
        <w:ind w:left="605" w:hanging="360"/>
      </w:pPr>
      <w:r>
        <w:rPr>
          <w:rFonts w:ascii="Arial" w:hAnsi="Arial"/>
          <w:b/>
          <w:i w:val="0"/>
          <w:color w:val="000000"/>
          <w:sz w:val="21"/>
        </w:rPr>
        <w:t xml:space="preserve">7. </w:t>
      </w:r>
      <w:r>
        <w:rPr>
          <w:rFonts w:ascii="Arial" w:hAnsi="Arial"/>
          <w:b w:val="0"/>
          <w:i w:val="0"/>
          <w:color w:val="000000"/>
          <w:sz w:val="21"/>
        </w:rPr>
        <w:t>das Bestehen meiner Rechte auf Berichtigung, Löschung, Einschränkung der Verarbeitung, Widerspruch und Beschwerde.</w:t>
      </w:r>
    </w:p>
    <w:p>
      <w:pPr>
        <w:pageBreakBefore/>
      </w:pPr>
      <w:r>
        <w:rPr>
          <w:rFonts w:ascii="Arial" w:hAnsi="Arial"/>
          <w:b/>
          <w:i w:val="0"/>
          <w:color w:val="1F4D78"/>
          <w:sz w:val="21"/>
        </w:rPr>
        <w:t>Keine Daten oder andere verantwortliche Stelle</w:t>
      </w:r>
    </w:p>
    <w:p>
      <w:r>
        <w:t>Sollten keine personenbezogenen Daten über mich verarbeitet werden, bitte ich um eine schriftliche Negativauskunft. Soweit eine andere Versammlung, Gliederung oder Einrichtung für Teile der Daten verantwortlich sein sollte, bitte ich um Benennung dieser Stelle und – soweit zulässig – um Weiterleitung meines Ersuchens.</w:t>
      </w:r>
    </w:p>
    <w:p>
      <w:r>
        <w:rPr>
          <w:rFonts w:ascii="Arial" w:hAnsi="Arial"/>
          <w:b/>
          <w:i w:val="0"/>
          <w:color w:val="1F4D78"/>
          <w:sz w:val="21"/>
        </w:rPr>
        <w:t>Identitätsprüfung und Antwortfrist</w:t>
      </w:r>
    </w:p>
    <w:p>
      <w:r>
        <w:t>Sollten begründete Zweifel an meiner Identität bestehen, teilen Sie mir bitte mit, welche zusätzlichen Angaben für eine angemessene Identitätsprüfung erforderlich sind. Ich bitte um eine Eingangsbestätigung und um Beantwortung innerhalb der gesetzlichen Frist. Sollte eine Fristverlängerung in Anspruch genommen werden, bitte ich um rechtzeitige Mitteilung der Gründe und der voraussichtlichen Bearbeitungsdauer.</w:t>
      </w:r>
    </w:p>
    <w:p>
      <w:pPr>
        <w:spacing w:after="60"/>
      </w:pPr>
      <w:r>
        <w:t>Für das Auffinden meiner Daten können folgende Angaben hilfreich sein:</w:t>
      </w:r>
    </w:p>
    <w:p>
      <w:pPr>
        <w:spacing w:after="40"/>
      </w:pPr>
      <w:r>
        <w:rPr>
          <w:rFonts w:ascii="Arial" w:hAnsi="Arial"/>
          <w:b/>
          <w:i w:val="0"/>
          <w:color w:val="000000"/>
          <w:sz w:val="21"/>
        </w:rPr>
        <w:t xml:space="preserve">Frühere Namen: </w:t>
      </w:r>
      <w:r>
        <w:rPr>
          <w:rFonts w:ascii="Arial" w:hAnsi="Arial"/>
          <w:b w:val="0"/>
          <w:i w:val="0"/>
          <w:color w:val="555555"/>
          <w:sz w:val="21"/>
        </w:rPr>
        <w:t>[bitte eintragen]</w:t>
      </w:r>
    </w:p>
    <w:p>
      <w:pPr>
        <w:spacing w:after="40"/>
      </w:pPr>
      <w:r>
        <w:rPr>
          <w:rFonts w:ascii="Arial" w:hAnsi="Arial"/>
          <w:b/>
          <w:i w:val="0"/>
          <w:color w:val="000000"/>
          <w:sz w:val="21"/>
        </w:rPr>
        <w:t xml:space="preserve">Frühere beziehungsweise letzte Versammlung(en): </w:t>
      </w:r>
      <w:r>
        <w:rPr>
          <w:rFonts w:ascii="Arial" w:hAnsi="Arial"/>
          <w:b w:val="0"/>
          <w:i w:val="0"/>
          <w:color w:val="555555"/>
          <w:sz w:val="21"/>
        </w:rPr>
        <w:t>[bitte eintragen]</w:t>
      </w:r>
    </w:p>
    <w:p>
      <w:pPr>
        <w:spacing w:after="40"/>
      </w:pPr>
      <w:r>
        <w:rPr>
          <w:rFonts w:ascii="Arial" w:hAnsi="Arial"/>
          <w:b/>
          <w:i w:val="0"/>
          <w:color w:val="000000"/>
          <w:sz w:val="21"/>
        </w:rPr>
        <w:t xml:space="preserve">Ungefährer Zeitraum der Zugehörigkeit: </w:t>
      </w:r>
      <w:r>
        <w:rPr>
          <w:rFonts w:ascii="Arial" w:hAnsi="Arial"/>
          <w:b w:val="0"/>
          <w:i w:val="0"/>
          <w:color w:val="555555"/>
          <w:sz w:val="21"/>
        </w:rPr>
        <w:t>[bitte eintragen]</w:t>
      </w:r>
    </w:p>
    <w:p>
      <w:pPr>
        <w:spacing w:after="40"/>
      </w:pPr>
      <w:r>
        <w:rPr>
          <w:rFonts w:ascii="Arial" w:hAnsi="Arial"/>
          <w:b/>
          <w:i w:val="0"/>
          <w:color w:val="000000"/>
          <w:sz w:val="21"/>
        </w:rPr>
        <w:t xml:space="preserve">Taufdatum oder ungefähres Taufjahr: </w:t>
      </w:r>
      <w:r>
        <w:rPr>
          <w:rFonts w:ascii="Arial" w:hAnsi="Arial"/>
          <w:b w:val="0"/>
          <w:i w:val="0"/>
          <w:color w:val="555555"/>
          <w:sz w:val="21"/>
        </w:rPr>
        <w:t>[bitte eintragen]</w:t>
      </w:r>
    </w:p>
    <w:p>
      <w:pPr>
        <w:spacing w:after="40"/>
      </w:pPr>
      <w:r>
        <w:rPr>
          <w:rFonts w:ascii="Arial" w:hAnsi="Arial"/>
          <w:b/>
          <w:i w:val="0"/>
          <w:color w:val="000000"/>
          <w:sz w:val="21"/>
        </w:rPr>
        <w:t xml:space="preserve">Weitere Hinweise zum Auffinden: </w:t>
      </w:r>
      <w:r>
        <w:rPr>
          <w:rFonts w:ascii="Arial" w:hAnsi="Arial"/>
          <w:b w:val="0"/>
          <w:i w:val="0"/>
          <w:color w:val="555555"/>
          <w:sz w:val="21"/>
        </w:rPr>
        <w:t>[bitte eintragen]</w:t>
      </w:r>
    </w:p>
    <w:p>
      <w:pPr>
        <w:spacing w:before="240"/>
      </w:pPr>
      <w:r>
        <w:rPr>
          <w:rFonts w:ascii="Arial" w:hAnsi="Arial"/>
          <w:b w:val="0"/>
          <w:i w:val="0"/>
          <w:color w:val="000000"/>
          <w:sz w:val="21"/>
        </w:rPr>
        <w:t>Mit freundlichen Grüßen</w:t>
      </w:r>
    </w:p>
    <w:p>
      <w:pPr>
        <w:spacing w:before="320" w:after="0"/>
      </w:pPr>
      <w:r>
        <w:rPr>
          <w:rFonts w:ascii="Arial" w:hAnsi="Arial"/>
          <w:b w:val="0"/>
          <w:i w:val="0"/>
          <w:color w:val="777777"/>
          <w:sz w:val="21"/>
        </w:rPr>
        <w:t>________________________________________</w:t>
      </w:r>
    </w:p>
    <w:p>
      <w:pPr>
        <w:spacing w:after="0"/>
      </w:pPr>
      <w:r>
        <w:rPr>
          <w:rFonts w:ascii="Arial" w:hAnsi="Arial"/>
          <w:b w:val="0"/>
          <w:i w:val="0"/>
          <w:color w:val="555555"/>
          <w:sz w:val="21"/>
        </w:rPr>
        <w:t>[Unterschrift / Vor- und Nachname]</w:t>
      </w:r>
    </w:p>
    <w:sectPr>
      <w:headerReference w:type="default" r:id="rId9"/>
      <w:footerReference w:type="default" r:id="rId10"/>
      <w:pgSz w:w="12240" w:h="15840"/>
      <w:pgMar w:top="1123" w:right="1296" w:bottom="1037" w:left="1296"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b w:val="0"/>
        <w:i w:val="0"/>
        <w:color w:val="777777"/>
        <w:sz w:val="17"/>
      </w:rPr>
      <w:t xml:space="preserve">Seite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rial" w:hAnsi="Arial"/>
        <w:b w:val="0"/>
        <w:i w:val="0"/>
        <w:color w:val="666666"/>
        <w:sz w:val="17"/>
      </w:rPr>
      <w:t>Vorlage – Auskunftsersuchen zu personenbezogenen Daten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0</TotalTime>
  <Pages>1</Pages>
  <Words>0</Words>
  <Characters>0</Characters>
  <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Auskunftsersuchen zu personenbezogenen Daten</dc:title>
  <dc:subject>Neutrale Briefvorlage</dc:subject>
  <dc:creator/>
  <cp:keywords/>
  <dc:description/>
  <cp:lastModifiedBy/>
  <cp:revision>1</cp:revision>
  <dcterms:created xsi:type="dcterms:W3CDTF">2013-12-23T23:15:00Z</dcterms:created>
  <dcterms:modified xsi:type="dcterms:W3CDTF">2013-12-23T23:15:00Z</dcterms:modified>
  <cp:category/>
</cp:coreProperties>
</file>